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rPr>
          <w:sz w:val="40"/>
        </w:rPr>
        <w:t>Factura simplificada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EMISOR</w:t>
              <w:br/>
              <w:t>[Nombre / Razón social]</w:t>
              <w:br/>
              <w:t>[NIF]</w:t>
              <w:br/>
              <w:t>[Dirección]</w:t>
              <w:br/>
              <w:t>[CP, Ciudad]</w:t>
            </w:r>
          </w:p>
        </w:tc>
        <w:tc>
          <w:tcPr>
            <w:tcW w:type="dxa" w:w="4320"/>
          </w:tcPr>
          <w:p>
            <w:r>
              <w:t>CLIENTE</w:t>
              <w:br/>
              <w:t>[Nombre / Razón social]</w:t>
              <w:br/>
              <w:t>[NIF]</w:t>
              <w:br/>
              <w:t>[Dirección]</w:t>
              <w:br/>
              <w:t>[CP, Ciudad]</w:t>
            </w:r>
          </w:p>
        </w:tc>
      </w:tr>
    </w:tbl>
    <w:p/>
    <w:p>
      <w:r>
        <w:rPr>
          <w:b/>
        </w:rPr>
        <w:t>Factura nº: [AÑO-001]    Fecha: [dd/mm/aaaa]    Vencimiento: [dd/mm/aaaa]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Concepto</w:t>
            </w:r>
          </w:p>
        </w:tc>
        <w:tc>
          <w:tcPr>
            <w:tcW w:type="dxa" w:w="2160"/>
          </w:tcPr>
          <w:p>
            <w:r>
              <w:t>Cantidad</w:t>
            </w:r>
          </w:p>
        </w:tc>
        <w:tc>
          <w:tcPr>
            <w:tcW w:type="dxa" w:w="2160"/>
          </w:tcPr>
          <w:p>
            <w:r>
              <w:t>Precio unitario</w:t>
            </w:r>
          </w:p>
        </w:tc>
        <w:tc>
          <w:tcPr>
            <w:tcW w:type="dxa" w:w="2160"/>
          </w:tcPr>
          <w:p>
            <w:r>
              <w:t>Importe</w:t>
            </w:r>
          </w:p>
        </w:tc>
      </w:tr>
      <w:tr>
        <w:tc>
          <w:tcPr>
            <w:tcW w:type="dxa" w:w="2160"/>
          </w:tcPr>
          <w:p>
            <w:r>
              <w:t>[Descripción del producto o servicio]</w:t>
            </w:r>
          </w:p>
        </w:tc>
        <w:tc>
          <w:tcPr>
            <w:tcW w:type="dxa" w:w="2160"/>
          </w:tcPr>
          <w:p>
            <w:r>
              <w:t>[1]</w:t>
            </w:r>
          </w:p>
        </w:tc>
        <w:tc>
          <w:tcPr>
            <w:tcW w:type="dxa" w:w="2160"/>
          </w:tcPr>
          <w:p>
            <w:r>
              <w:t>[0,00 €]</w:t>
            </w:r>
          </w:p>
        </w:tc>
        <w:tc>
          <w:tcPr>
            <w:tcW w:type="dxa" w:w="2160"/>
          </w:tcPr>
          <w:p>
            <w:r>
              <w:t>[0,00 €]</w:t>
            </w:r>
          </w:p>
        </w:tc>
      </w:tr>
      <w:tr>
        <w:tc>
          <w:tcPr>
            <w:tcW w:type="dxa" w:w="2160"/>
          </w:tcPr>
          <w:p>
            <w:r>
              <w:t>[Descripción del producto o servicio]</w:t>
            </w:r>
          </w:p>
        </w:tc>
        <w:tc>
          <w:tcPr>
            <w:tcW w:type="dxa" w:w="2160"/>
          </w:tcPr>
          <w:p>
            <w:r>
              <w:t>[1]</w:t>
            </w:r>
          </w:p>
        </w:tc>
        <w:tc>
          <w:tcPr>
            <w:tcW w:type="dxa" w:w="2160"/>
          </w:tcPr>
          <w:p>
            <w:r>
              <w:t>[0,00 €]</w:t>
            </w:r>
          </w:p>
        </w:tc>
        <w:tc>
          <w:tcPr>
            <w:tcW w:type="dxa" w:w="2160"/>
          </w:tcPr>
          <w:p>
            <w:r>
              <w:t>[0,00 €]</w:t>
            </w:r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>
              <w:t>Base imponible</w:t>
            </w:r>
          </w:p>
        </w:tc>
        <w:tc>
          <w:tcPr>
            <w:tcW w:type="dxa" w:w="2160"/>
          </w:tcPr>
          <w:p>
            <w:r>
              <w:t>[0,00 €]</w:t>
            </w:r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>
              <w:t>IVA (21 %)</w:t>
            </w:r>
          </w:p>
        </w:tc>
        <w:tc>
          <w:tcPr>
            <w:tcW w:type="dxa" w:w="2160"/>
          </w:tcPr>
          <w:p>
            <w:r>
              <w:t>[0,00 €]</w:t>
            </w:r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>
              <w:t>TOTAL</w:t>
            </w:r>
          </w:p>
        </w:tc>
        <w:tc>
          <w:tcPr>
            <w:tcW w:type="dxa" w:w="2160"/>
          </w:tcPr>
          <w:p>
            <w:r>
              <w:t>[0,00 €]</w:t>
            </w:r>
          </w:p>
        </w:tc>
      </w:tr>
    </w:tbl>
    <w:p/>
    <w:p>
      <w:r>
        <w:t>Forma de pago: [transferencia a IBAN ESXX XXXX XXXX XXXX XXXX XXXX]</w:t>
      </w:r>
    </w:p>
    <w:p>
      <w:r>
        <w:t>Factura simplificada emitida al amparo del artículo 4 del RD 1619/2012 (importe no superior a 400 € IVA incluido, o 3.000 € en los supuestos autorizados).</w:t>
      </w:r>
    </w:p>
    <w:p>
      <w:r>
        <w:t>No incluye datos del destinatario salvo que este lo solicite para deducir el IVA.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