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sz w:val="40"/>
        </w:rPr>
        <w:t>Factura de autónomo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EMISOR</w:t>
              <w:br/>
              <w:t>[Nombre / Razón social]</w:t>
              <w:br/>
              <w:t>[NIF]</w:t>
              <w:br/>
              <w:t>[Dirección]</w:t>
              <w:br/>
              <w:t>[CP, Ciudad]</w:t>
            </w:r>
          </w:p>
        </w:tc>
        <w:tc>
          <w:tcPr>
            <w:tcW w:type="dxa" w:w="4320"/>
          </w:tcPr>
          <w:p>
            <w:r>
              <w:t>CLIENTE</w:t>
              <w:br/>
              <w:t>[Nombre / Razón social]</w:t>
              <w:br/>
              <w:t>[NIF]</w:t>
              <w:br/>
              <w:t>[Dirección]</w:t>
              <w:br/>
              <w:t>[CP, Ciudad]</w:t>
            </w:r>
          </w:p>
        </w:tc>
      </w:tr>
    </w:tbl>
    <w:p/>
    <w:p>
      <w:r>
        <w:rPr>
          <w:b/>
        </w:rPr>
        <w:t>Factura nº: [AÑO-001]    Fecha: [dd/mm/aaaa]    Vencimiento: [dd/mm/aaaa]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Concepto</w:t>
            </w:r>
          </w:p>
        </w:tc>
        <w:tc>
          <w:tcPr>
            <w:tcW w:type="dxa" w:w="2160"/>
          </w:tcPr>
          <w:p>
            <w:r>
              <w:t>Cantidad</w:t>
            </w:r>
          </w:p>
        </w:tc>
        <w:tc>
          <w:tcPr>
            <w:tcW w:type="dxa" w:w="2160"/>
          </w:tcPr>
          <w:p>
            <w:r>
              <w:t>Precio unitario</w:t>
            </w:r>
          </w:p>
        </w:tc>
        <w:tc>
          <w:tcPr>
            <w:tcW w:type="dxa" w:w="2160"/>
          </w:tcPr>
          <w:p>
            <w:r>
              <w:t>Importe</w:t>
            </w:r>
          </w:p>
        </w:tc>
      </w:tr>
      <w:tr>
        <w:tc>
          <w:tcPr>
            <w:tcW w:type="dxa" w:w="2160"/>
          </w:tcPr>
          <w:p>
            <w:r>
              <w:t>[Descripción del producto o servicio]</w:t>
            </w:r>
          </w:p>
        </w:tc>
        <w:tc>
          <w:tcPr>
            <w:tcW w:type="dxa" w:w="2160"/>
          </w:tcPr>
          <w:p>
            <w:r>
              <w:t>[1]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>
              <w:t>[Descripción del producto o servicio]</w:t>
            </w:r>
          </w:p>
        </w:tc>
        <w:tc>
          <w:tcPr>
            <w:tcW w:type="dxa" w:w="2160"/>
          </w:tcPr>
          <w:p>
            <w:r>
              <w:t>[1]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Base imponible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IVA (21 %)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Retención IRPF (−15 %)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TOTAL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</w:tbl>
    <w:p/>
    <w:p>
      <w:r>
        <w:t>Forma de pago: [transferencia a IBAN ESXX XXXX XXXX XXXX XXXX XXXX]</w:t>
      </w:r>
    </w:p>
    <w:p>
      <w:r>
        <w:t>Retención de IRPF del 15 % aplicable en facturas a empresas y otros profesionales (7 % durante el año de alta y los dos siguientes).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